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BB7EF9" w14:textId="77777777" w:rsidR="004A40C5" w:rsidRDefault="00000000">
      <w:pPr>
        <w:pStyle w:val="Title"/>
        <w:jc w:val="center"/>
      </w:pPr>
      <w:r>
        <w:t>NOTIFICATION OF COMPLETION OF BUILDING WORK</w:t>
      </w:r>
    </w:p>
    <w:p w14:paraId="7A0311B6" w14:textId="77777777" w:rsidR="004A40C5" w:rsidRDefault="00000000">
      <w:pPr>
        <w:jc w:val="center"/>
      </w:pPr>
      <w:r>
        <w:rPr>
          <w:b/>
          <w:sz w:val="22"/>
        </w:rPr>
        <w:t>Work subject to an Initial Notice - Wales</w:t>
      </w:r>
    </w:p>
    <w:p w14:paraId="62CB6BAD" w14:textId="77777777" w:rsidR="004A40C5" w:rsidRDefault="00000000">
      <w:pPr>
        <w:jc w:val="center"/>
      </w:pPr>
      <w:r>
        <w:rPr>
          <w:i/>
          <w:sz w:val="18"/>
        </w:rPr>
        <w:t>For notification by the person carrying out the work to the Registered Building Control Approver (RBCA)</w:t>
      </w:r>
    </w:p>
    <w:tbl>
      <w:tblPr>
        <w:tblW w:w="0" w:type="auto"/>
        <w:jc w:val="center"/>
        <w:tblLayout w:type="fixed"/>
        <w:tblLook w:val="04A0" w:firstRow="1" w:lastRow="0" w:firstColumn="1" w:lastColumn="0" w:noHBand="0" w:noVBand="1"/>
      </w:tblPr>
      <w:tblGrid>
        <w:gridCol w:w="10368"/>
      </w:tblGrid>
      <w:tr w:rsidR="004A40C5" w14:paraId="4FD85147" w14:textId="77777777">
        <w:trPr>
          <w:jc w:val="center"/>
        </w:trPr>
        <w:tc>
          <w:tcPr>
            <w:tcW w:w="10368" w:type="dxa"/>
            <w:shd w:val="clear" w:color="auto" w:fill="EDEDED"/>
            <w:vAlign w:val="center"/>
          </w:tcPr>
          <w:p w14:paraId="30EEAFBA" w14:textId="77777777" w:rsidR="004A40C5" w:rsidRDefault="00000000">
            <w:pPr>
              <w:spacing w:after="0"/>
            </w:pPr>
            <w:r>
              <w:rPr>
                <w:b/>
                <w:sz w:val="17"/>
              </w:rPr>
              <w:t>IMPORTANT: This is an administrative notification form and is not a prescribed statutory form under The Building (Registered Building Control Approvers etc.) (Wales) Regulations 2024. Its purpose is to record that the person carrying out the work considers the work described in the Initial Notice to be complete and to notify the RBCA accordingly. It does not itself constitute, or require the issue of, a Final Certificate.</w:t>
            </w:r>
          </w:p>
        </w:tc>
      </w:tr>
    </w:tbl>
    <w:p w14:paraId="38B30169" w14:textId="77777777" w:rsidR="004A40C5" w:rsidRDefault="004A40C5"/>
    <w:p w14:paraId="4649F335" w14:textId="77777777" w:rsidR="004A40C5" w:rsidRDefault="00000000">
      <w:pPr>
        <w:pStyle w:val="Heading1"/>
      </w:pPr>
      <w:r>
        <w:t>1. Project and Initial Notice details</w:t>
      </w:r>
    </w:p>
    <w:tbl>
      <w:tblPr>
        <w:tblStyle w:val="TableGrid"/>
        <w:tblW w:w="0" w:type="auto"/>
        <w:jc w:val="center"/>
        <w:tblLayout w:type="fixed"/>
        <w:tblLook w:val="04A0" w:firstRow="1" w:lastRow="0" w:firstColumn="1" w:lastColumn="0" w:noHBand="0" w:noVBand="1"/>
      </w:tblPr>
      <w:tblGrid>
        <w:gridCol w:w="3096"/>
        <w:gridCol w:w="6984"/>
      </w:tblGrid>
      <w:tr w:rsidR="004A40C5" w14:paraId="1B0CCB22" w14:textId="77777777">
        <w:trPr>
          <w:jc w:val="center"/>
        </w:trPr>
        <w:tc>
          <w:tcPr>
            <w:tcW w:w="3096" w:type="dxa"/>
            <w:vAlign w:val="center"/>
          </w:tcPr>
          <w:p w14:paraId="1E041ED5" w14:textId="77777777" w:rsidR="004A40C5" w:rsidRDefault="00000000">
            <w:pPr>
              <w:spacing w:after="0"/>
            </w:pPr>
            <w:r>
              <w:rPr>
                <w:b/>
                <w:sz w:val="18"/>
              </w:rPr>
              <w:t>Project address</w:t>
            </w:r>
          </w:p>
        </w:tc>
        <w:tc>
          <w:tcPr>
            <w:tcW w:w="6984" w:type="dxa"/>
            <w:vAlign w:val="center"/>
          </w:tcPr>
          <w:p w14:paraId="1F1F9E68" w14:textId="545D5117" w:rsidR="004A40C5" w:rsidRDefault="00000000">
            <w:pPr>
              <w:spacing w:after="0"/>
            </w:pPr>
            <w:r>
              <w:rPr>
                <w:sz w:val="18"/>
              </w:rPr>
              <w:br/>
            </w:r>
          </w:p>
        </w:tc>
      </w:tr>
      <w:tr w:rsidR="004A40C5" w14:paraId="1CA2C352" w14:textId="77777777">
        <w:trPr>
          <w:jc w:val="center"/>
        </w:trPr>
        <w:tc>
          <w:tcPr>
            <w:tcW w:w="3096" w:type="dxa"/>
            <w:vAlign w:val="center"/>
          </w:tcPr>
          <w:p w14:paraId="54D9988A" w14:textId="77777777" w:rsidR="004A40C5" w:rsidRDefault="00000000">
            <w:pPr>
              <w:spacing w:after="0"/>
            </w:pPr>
            <w:r>
              <w:rPr>
                <w:b/>
                <w:sz w:val="18"/>
              </w:rPr>
              <w:t>Description of building work</w:t>
            </w:r>
          </w:p>
        </w:tc>
        <w:tc>
          <w:tcPr>
            <w:tcW w:w="6984" w:type="dxa"/>
            <w:vAlign w:val="center"/>
          </w:tcPr>
          <w:p w14:paraId="3ABDC105" w14:textId="706EC5D3" w:rsidR="004A40C5" w:rsidRPr="00ED0CCE" w:rsidRDefault="00000000">
            <w:pPr>
              <w:spacing w:after="0"/>
              <w:rPr>
                <w:sz w:val="22"/>
              </w:rPr>
            </w:pPr>
            <w:r>
              <w:rPr>
                <w:sz w:val="18"/>
              </w:rPr>
              <w:br/>
            </w:r>
          </w:p>
        </w:tc>
      </w:tr>
      <w:tr w:rsidR="004A40C5" w14:paraId="1DE6FF27" w14:textId="77777777">
        <w:trPr>
          <w:jc w:val="center"/>
        </w:trPr>
        <w:tc>
          <w:tcPr>
            <w:tcW w:w="3096" w:type="dxa"/>
            <w:vAlign w:val="center"/>
          </w:tcPr>
          <w:p w14:paraId="2B2BE6D9" w14:textId="77777777" w:rsidR="004A40C5" w:rsidRPr="00ED0CCE" w:rsidRDefault="00000000">
            <w:pPr>
              <w:spacing w:after="0"/>
              <w:rPr>
                <w:sz w:val="22"/>
              </w:rPr>
            </w:pPr>
            <w:r w:rsidRPr="00ED0CCE">
              <w:rPr>
                <w:b/>
                <w:sz w:val="22"/>
              </w:rPr>
              <w:t>Initial Notice reference</w:t>
            </w:r>
          </w:p>
        </w:tc>
        <w:tc>
          <w:tcPr>
            <w:tcW w:w="6984" w:type="dxa"/>
            <w:vAlign w:val="center"/>
          </w:tcPr>
          <w:p w14:paraId="4E43E64D" w14:textId="50D1884C" w:rsidR="004A40C5" w:rsidRPr="00ED0CCE" w:rsidRDefault="004A40C5">
            <w:pPr>
              <w:spacing w:after="0"/>
              <w:rPr>
                <w:sz w:val="22"/>
              </w:rPr>
            </w:pPr>
          </w:p>
        </w:tc>
      </w:tr>
      <w:tr w:rsidR="004A40C5" w14:paraId="321A38C2" w14:textId="77777777">
        <w:trPr>
          <w:jc w:val="center"/>
        </w:trPr>
        <w:tc>
          <w:tcPr>
            <w:tcW w:w="3096" w:type="dxa"/>
            <w:vAlign w:val="center"/>
          </w:tcPr>
          <w:p w14:paraId="41D73337" w14:textId="77777777" w:rsidR="004A40C5" w:rsidRDefault="00000000">
            <w:pPr>
              <w:spacing w:after="0"/>
            </w:pPr>
            <w:r>
              <w:rPr>
                <w:b/>
                <w:sz w:val="18"/>
              </w:rPr>
              <w:t>Date Initial Notice accepted</w:t>
            </w:r>
          </w:p>
        </w:tc>
        <w:tc>
          <w:tcPr>
            <w:tcW w:w="6984" w:type="dxa"/>
            <w:vAlign w:val="center"/>
          </w:tcPr>
          <w:p w14:paraId="77D499B9" w14:textId="0DFD9F2F" w:rsidR="004A40C5" w:rsidRDefault="004A40C5">
            <w:pPr>
              <w:spacing w:after="0"/>
            </w:pPr>
          </w:p>
        </w:tc>
      </w:tr>
      <w:tr w:rsidR="004A40C5" w14:paraId="3157410D" w14:textId="77777777">
        <w:trPr>
          <w:jc w:val="center"/>
        </w:trPr>
        <w:tc>
          <w:tcPr>
            <w:tcW w:w="3096" w:type="dxa"/>
            <w:vAlign w:val="center"/>
          </w:tcPr>
          <w:p w14:paraId="33002931" w14:textId="77777777" w:rsidR="004A40C5" w:rsidRDefault="00000000">
            <w:pPr>
              <w:spacing w:after="0"/>
            </w:pPr>
            <w:r>
              <w:rPr>
                <w:b/>
                <w:sz w:val="18"/>
              </w:rPr>
              <w:t>RBCA name</w:t>
            </w:r>
          </w:p>
        </w:tc>
        <w:tc>
          <w:tcPr>
            <w:tcW w:w="6984" w:type="dxa"/>
            <w:vAlign w:val="center"/>
          </w:tcPr>
          <w:p w14:paraId="283917EA" w14:textId="54CD042F" w:rsidR="004A40C5" w:rsidRDefault="004A40C5">
            <w:pPr>
              <w:spacing w:after="0"/>
            </w:pPr>
          </w:p>
        </w:tc>
      </w:tr>
      <w:tr w:rsidR="004A40C5" w14:paraId="663A13EF" w14:textId="77777777">
        <w:trPr>
          <w:jc w:val="center"/>
        </w:trPr>
        <w:tc>
          <w:tcPr>
            <w:tcW w:w="3096" w:type="dxa"/>
            <w:vAlign w:val="center"/>
          </w:tcPr>
          <w:p w14:paraId="7B676FC7" w14:textId="77777777" w:rsidR="004A40C5" w:rsidRDefault="00000000">
            <w:pPr>
              <w:spacing w:after="0"/>
            </w:pPr>
            <w:r>
              <w:rPr>
                <w:b/>
                <w:sz w:val="18"/>
              </w:rPr>
              <w:t>RBCA reference</w:t>
            </w:r>
          </w:p>
        </w:tc>
        <w:tc>
          <w:tcPr>
            <w:tcW w:w="6984" w:type="dxa"/>
            <w:vAlign w:val="center"/>
          </w:tcPr>
          <w:p w14:paraId="4A382040" w14:textId="351CACD1" w:rsidR="004A40C5" w:rsidRPr="00ED0CCE" w:rsidRDefault="004A40C5">
            <w:pPr>
              <w:spacing w:after="0"/>
              <w:rPr>
                <w:sz w:val="22"/>
              </w:rPr>
            </w:pPr>
          </w:p>
        </w:tc>
      </w:tr>
    </w:tbl>
    <w:p w14:paraId="5D1BAC1D" w14:textId="77777777" w:rsidR="004A40C5" w:rsidRDefault="00000000">
      <w:pPr>
        <w:pStyle w:val="Heading1"/>
      </w:pPr>
      <w:r>
        <w:t>2. Person carrying out the work</w:t>
      </w:r>
    </w:p>
    <w:tbl>
      <w:tblPr>
        <w:tblStyle w:val="TableGrid"/>
        <w:tblW w:w="0" w:type="auto"/>
        <w:jc w:val="center"/>
        <w:tblLayout w:type="fixed"/>
        <w:tblLook w:val="04A0" w:firstRow="1" w:lastRow="0" w:firstColumn="1" w:lastColumn="0" w:noHBand="0" w:noVBand="1"/>
      </w:tblPr>
      <w:tblGrid>
        <w:gridCol w:w="3096"/>
        <w:gridCol w:w="6984"/>
      </w:tblGrid>
      <w:tr w:rsidR="004A40C5" w14:paraId="44DC7B7F" w14:textId="77777777">
        <w:trPr>
          <w:jc w:val="center"/>
        </w:trPr>
        <w:tc>
          <w:tcPr>
            <w:tcW w:w="3096" w:type="dxa"/>
            <w:vAlign w:val="center"/>
          </w:tcPr>
          <w:p w14:paraId="09A6AAC8" w14:textId="77777777" w:rsidR="004A40C5" w:rsidRDefault="00000000">
            <w:pPr>
              <w:spacing w:after="0"/>
            </w:pPr>
            <w:r>
              <w:rPr>
                <w:b/>
                <w:sz w:val="18"/>
              </w:rPr>
              <w:t>Full name / organisation</w:t>
            </w:r>
          </w:p>
        </w:tc>
        <w:tc>
          <w:tcPr>
            <w:tcW w:w="6984" w:type="dxa"/>
            <w:vAlign w:val="center"/>
          </w:tcPr>
          <w:p w14:paraId="59F270C1" w14:textId="77777777" w:rsidR="004A40C5" w:rsidRDefault="004A40C5">
            <w:pPr>
              <w:spacing w:after="0"/>
            </w:pPr>
          </w:p>
        </w:tc>
      </w:tr>
      <w:tr w:rsidR="004A40C5" w14:paraId="06CD5860" w14:textId="77777777">
        <w:trPr>
          <w:jc w:val="center"/>
        </w:trPr>
        <w:tc>
          <w:tcPr>
            <w:tcW w:w="3096" w:type="dxa"/>
            <w:vAlign w:val="center"/>
          </w:tcPr>
          <w:p w14:paraId="597A99BE" w14:textId="77777777" w:rsidR="004A40C5" w:rsidRDefault="00000000">
            <w:pPr>
              <w:spacing w:after="0"/>
            </w:pPr>
            <w:r>
              <w:rPr>
                <w:b/>
                <w:sz w:val="18"/>
              </w:rPr>
              <w:t>Address</w:t>
            </w:r>
          </w:p>
        </w:tc>
        <w:tc>
          <w:tcPr>
            <w:tcW w:w="6984" w:type="dxa"/>
            <w:vAlign w:val="center"/>
          </w:tcPr>
          <w:p w14:paraId="4F68E95C" w14:textId="77777777" w:rsidR="004A40C5" w:rsidRDefault="00000000">
            <w:pPr>
              <w:spacing w:after="0"/>
            </w:pPr>
            <w:r>
              <w:rPr>
                <w:sz w:val="18"/>
              </w:rPr>
              <w:br/>
            </w:r>
          </w:p>
        </w:tc>
      </w:tr>
      <w:tr w:rsidR="004A40C5" w14:paraId="50F45881" w14:textId="77777777">
        <w:trPr>
          <w:jc w:val="center"/>
        </w:trPr>
        <w:tc>
          <w:tcPr>
            <w:tcW w:w="3096" w:type="dxa"/>
            <w:vAlign w:val="center"/>
          </w:tcPr>
          <w:p w14:paraId="0EC40836" w14:textId="77777777" w:rsidR="004A40C5" w:rsidRDefault="00000000">
            <w:pPr>
              <w:spacing w:after="0"/>
            </w:pPr>
            <w:r>
              <w:rPr>
                <w:b/>
                <w:sz w:val="18"/>
              </w:rPr>
              <w:t>Telephone</w:t>
            </w:r>
          </w:p>
        </w:tc>
        <w:tc>
          <w:tcPr>
            <w:tcW w:w="6984" w:type="dxa"/>
            <w:vAlign w:val="center"/>
          </w:tcPr>
          <w:p w14:paraId="117BAEFA" w14:textId="77777777" w:rsidR="004A40C5" w:rsidRDefault="004A40C5">
            <w:pPr>
              <w:spacing w:after="0"/>
            </w:pPr>
          </w:p>
        </w:tc>
      </w:tr>
      <w:tr w:rsidR="004A40C5" w14:paraId="6DD1E7FF" w14:textId="77777777">
        <w:trPr>
          <w:jc w:val="center"/>
        </w:trPr>
        <w:tc>
          <w:tcPr>
            <w:tcW w:w="3096" w:type="dxa"/>
            <w:vAlign w:val="center"/>
          </w:tcPr>
          <w:p w14:paraId="48F422BB" w14:textId="77777777" w:rsidR="004A40C5" w:rsidRDefault="00000000">
            <w:pPr>
              <w:spacing w:after="0"/>
            </w:pPr>
            <w:r>
              <w:rPr>
                <w:b/>
                <w:sz w:val="18"/>
              </w:rPr>
              <w:t>Email</w:t>
            </w:r>
          </w:p>
        </w:tc>
        <w:tc>
          <w:tcPr>
            <w:tcW w:w="6984" w:type="dxa"/>
            <w:vAlign w:val="center"/>
          </w:tcPr>
          <w:p w14:paraId="58E53FEA" w14:textId="77777777" w:rsidR="004A40C5" w:rsidRDefault="004A40C5">
            <w:pPr>
              <w:spacing w:after="0"/>
            </w:pPr>
          </w:p>
        </w:tc>
      </w:tr>
      <w:tr w:rsidR="004A40C5" w14:paraId="38FEFF7A" w14:textId="77777777">
        <w:trPr>
          <w:jc w:val="center"/>
        </w:trPr>
        <w:tc>
          <w:tcPr>
            <w:tcW w:w="3096" w:type="dxa"/>
            <w:vAlign w:val="center"/>
          </w:tcPr>
          <w:p w14:paraId="28BE025F" w14:textId="77777777" w:rsidR="004A40C5" w:rsidRDefault="00000000">
            <w:pPr>
              <w:spacing w:after="0"/>
            </w:pPr>
            <w:r>
              <w:rPr>
                <w:b/>
                <w:sz w:val="18"/>
              </w:rPr>
              <w:t>Capacity / role</w:t>
            </w:r>
          </w:p>
        </w:tc>
        <w:tc>
          <w:tcPr>
            <w:tcW w:w="6984" w:type="dxa"/>
            <w:vAlign w:val="center"/>
          </w:tcPr>
          <w:p w14:paraId="1C6DBD2C" w14:textId="77777777" w:rsidR="004A40C5" w:rsidRDefault="004A40C5">
            <w:pPr>
              <w:spacing w:after="0"/>
            </w:pPr>
          </w:p>
        </w:tc>
      </w:tr>
    </w:tbl>
    <w:p w14:paraId="299BB188" w14:textId="77777777" w:rsidR="004A40C5" w:rsidRDefault="00000000">
      <w:pPr>
        <w:pStyle w:val="Heading1"/>
      </w:pPr>
      <w:r>
        <w:t>3. Completion details</w:t>
      </w:r>
    </w:p>
    <w:tbl>
      <w:tblPr>
        <w:tblStyle w:val="TableGrid"/>
        <w:tblW w:w="0" w:type="auto"/>
        <w:jc w:val="center"/>
        <w:tblLayout w:type="fixed"/>
        <w:tblLook w:val="04A0" w:firstRow="1" w:lastRow="0" w:firstColumn="1" w:lastColumn="0" w:noHBand="0" w:noVBand="1"/>
      </w:tblPr>
      <w:tblGrid>
        <w:gridCol w:w="3096"/>
        <w:gridCol w:w="6984"/>
      </w:tblGrid>
      <w:tr w:rsidR="004A40C5" w14:paraId="64F10846" w14:textId="77777777">
        <w:trPr>
          <w:jc w:val="center"/>
        </w:trPr>
        <w:tc>
          <w:tcPr>
            <w:tcW w:w="3096" w:type="dxa"/>
            <w:vAlign w:val="center"/>
          </w:tcPr>
          <w:p w14:paraId="54F66973" w14:textId="77777777" w:rsidR="004A40C5" w:rsidRDefault="00000000">
            <w:pPr>
              <w:spacing w:after="0"/>
            </w:pPr>
            <w:r>
              <w:rPr>
                <w:b/>
                <w:sz w:val="18"/>
              </w:rPr>
              <w:t>Date building work completed</w:t>
            </w:r>
          </w:p>
        </w:tc>
        <w:tc>
          <w:tcPr>
            <w:tcW w:w="6984" w:type="dxa"/>
            <w:vAlign w:val="center"/>
          </w:tcPr>
          <w:p w14:paraId="0C383FB7" w14:textId="77777777" w:rsidR="004A40C5" w:rsidRDefault="004A40C5">
            <w:pPr>
              <w:spacing w:after="0"/>
            </w:pPr>
          </w:p>
        </w:tc>
      </w:tr>
      <w:tr w:rsidR="004A40C5" w14:paraId="6F4AF0C7" w14:textId="77777777">
        <w:trPr>
          <w:jc w:val="center"/>
        </w:trPr>
        <w:tc>
          <w:tcPr>
            <w:tcW w:w="3096" w:type="dxa"/>
            <w:vAlign w:val="center"/>
          </w:tcPr>
          <w:p w14:paraId="0DD7597F" w14:textId="77777777" w:rsidR="004A40C5" w:rsidRDefault="00000000">
            <w:pPr>
              <w:spacing w:after="0"/>
            </w:pPr>
            <w:r>
              <w:rPr>
                <w:b/>
                <w:sz w:val="18"/>
              </w:rPr>
              <w:t>Date of occupation (if applicable)</w:t>
            </w:r>
          </w:p>
        </w:tc>
        <w:tc>
          <w:tcPr>
            <w:tcW w:w="6984" w:type="dxa"/>
            <w:vAlign w:val="center"/>
          </w:tcPr>
          <w:p w14:paraId="19911E7A" w14:textId="77777777" w:rsidR="004A40C5" w:rsidRDefault="004A40C5">
            <w:pPr>
              <w:spacing w:after="0"/>
            </w:pPr>
          </w:p>
        </w:tc>
      </w:tr>
      <w:tr w:rsidR="004A40C5" w14:paraId="41CDAD23" w14:textId="77777777">
        <w:trPr>
          <w:jc w:val="center"/>
        </w:trPr>
        <w:tc>
          <w:tcPr>
            <w:tcW w:w="3096" w:type="dxa"/>
            <w:vAlign w:val="center"/>
          </w:tcPr>
          <w:p w14:paraId="290406EB" w14:textId="77777777" w:rsidR="004A40C5" w:rsidRDefault="00000000">
            <w:pPr>
              <w:spacing w:after="0"/>
            </w:pPr>
            <w:r>
              <w:rPr>
                <w:b/>
                <w:sz w:val="18"/>
              </w:rPr>
              <w:t>Is the whole of the work in the Initial Notice complete?</w:t>
            </w:r>
          </w:p>
        </w:tc>
        <w:tc>
          <w:tcPr>
            <w:tcW w:w="6984" w:type="dxa"/>
            <w:vAlign w:val="center"/>
          </w:tcPr>
          <w:p w14:paraId="1A8A2C2E" w14:textId="77777777" w:rsidR="004A40C5" w:rsidRDefault="00000000">
            <w:pPr>
              <w:spacing w:after="0"/>
            </w:pPr>
            <w:r>
              <w:rPr>
                <w:sz w:val="18"/>
              </w:rPr>
              <w:t>☐ Yes     ☐ No</w:t>
            </w:r>
          </w:p>
        </w:tc>
      </w:tr>
      <w:tr w:rsidR="004A40C5" w14:paraId="68CAF40F" w14:textId="77777777">
        <w:trPr>
          <w:jc w:val="center"/>
        </w:trPr>
        <w:tc>
          <w:tcPr>
            <w:tcW w:w="3096" w:type="dxa"/>
            <w:vAlign w:val="center"/>
          </w:tcPr>
          <w:p w14:paraId="0A77FC0C" w14:textId="77777777" w:rsidR="004A40C5" w:rsidRDefault="00000000">
            <w:pPr>
              <w:spacing w:after="0"/>
            </w:pPr>
            <w:r>
              <w:rPr>
                <w:b/>
                <w:sz w:val="18"/>
              </w:rPr>
              <w:t>If No, identify the part completed</w:t>
            </w:r>
          </w:p>
        </w:tc>
        <w:tc>
          <w:tcPr>
            <w:tcW w:w="6984" w:type="dxa"/>
            <w:vAlign w:val="center"/>
          </w:tcPr>
          <w:p w14:paraId="380D1427" w14:textId="77777777" w:rsidR="004A40C5" w:rsidRDefault="00000000">
            <w:pPr>
              <w:spacing w:after="0"/>
            </w:pPr>
            <w:r>
              <w:rPr>
                <w:sz w:val="18"/>
              </w:rPr>
              <w:br/>
            </w:r>
          </w:p>
        </w:tc>
      </w:tr>
    </w:tbl>
    <w:p w14:paraId="4D01BFC3" w14:textId="77777777" w:rsidR="004A40C5" w:rsidRDefault="00000000">
      <w:pPr>
        <w:pStyle w:val="Heading1"/>
      </w:pPr>
      <w:r>
        <w:t>4. Completion notification</w:t>
      </w:r>
    </w:p>
    <w:p w14:paraId="57266D49" w14:textId="09D84A54" w:rsidR="004A40C5" w:rsidRDefault="00000000">
      <w:pPr>
        <w:spacing w:after="80"/>
      </w:pPr>
      <w:r>
        <w:t>I/We, being the person carrying out the building work (or authorised to give this notification on that person's behalf)</w:t>
      </w:r>
      <w:r w:rsidR="00294BD9">
        <w:t xml:space="preserve"> or a </w:t>
      </w:r>
      <w:proofErr w:type="spellStart"/>
      <w:proofErr w:type="gramStart"/>
      <w:r w:rsidR="00294BD9">
        <w:t>Dutyholder</w:t>
      </w:r>
      <w:proofErr w:type="spellEnd"/>
      <w:r w:rsidR="00294BD9">
        <w:t xml:space="preserve"> </w:t>
      </w:r>
      <w:r>
        <w:t>,</w:t>
      </w:r>
      <w:proofErr w:type="gramEnd"/>
      <w:r>
        <w:t xml:space="preserve"> notify the Registered Building Control Approver named above that the building work identified in this form has been completed on the date stated.</w:t>
      </w:r>
    </w:p>
    <w:p w14:paraId="783B745D" w14:textId="77777777" w:rsidR="004A40C5" w:rsidRDefault="00000000">
      <w:pPr>
        <w:spacing w:after="80"/>
      </w:pPr>
      <w:r>
        <w:t>I/We understand that this notification does not amount to a declaration by the RBCA that the work complies with the Building Regulations, does not replace any information, test results, commissioning notices, fire safety information or other documents required by the Building Regulations 2010 as applicable in Wales, and does not constitute a Final Certificate.</w:t>
      </w:r>
    </w:p>
    <w:p w14:paraId="1BEC14BD" w14:textId="77777777" w:rsidR="004A40C5" w:rsidRDefault="00000000">
      <w:pPr>
        <w:pStyle w:val="Heading1"/>
      </w:pPr>
      <w:r>
        <w:t>5. Documents submitted with this notification (where applicable)</w:t>
      </w:r>
    </w:p>
    <w:p w14:paraId="4AE4615D" w14:textId="77777777" w:rsidR="004A40C5" w:rsidRDefault="00000000">
      <w:pPr>
        <w:spacing w:after="40"/>
      </w:pPr>
      <w:r>
        <w:t>Tick or identify the information supplied to the RBCA:</w:t>
      </w:r>
    </w:p>
    <w:p w14:paraId="36780A4C" w14:textId="77777777" w:rsidR="004A40C5" w:rsidRDefault="00000000">
      <w:pPr>
        <w:spacing w:after="0"/>
        <w:ind w:left="288"/>
      </w:pPr>
      <w:r>
        <w:t>☐ Commissioning notices / certificates</w:t>
      </w:r>
    </w:p>
    <w:p w14:paraId="362FD376" w14:textId="2318A670" w:rsidR="004A40C5" w:rsidRDefault="00000000">
      <w:pPr>
        <w:spacing w:after="0"/>
        <w:ind w:left="288"/>
      </w:pPr>
      <w:r>
        <w:t>☐ Electrical certificates</w:t>
      </w:r>
    </w:p>
    <w:p w14:paraId="63D02524" w14:textId="3229110F" w:rsidR="004A40C5" w:rsidRDefault="00000000">
      <w:pPr>
        <w:spacing w:after="0"/>
        <w:ind w:left="288"/>
      </w:pPr>
      <w:r>
        <w:t>☐ Gas / heating certificates</w:t>
      </w:r>
    </w:p>
    <w:p w14:paraId="432DB6A9" w14:textId="600B60B8" w:rsidR="004A40C5" w:rsidRDefault="00000000">
      <w:pPr>
        <w:spacing w:after="0"/>
        <w:ind w:left="288"/>
      </w:pPr>
      <w:r>
        <w:lastRenderedPageBreak/>
        <w:t>☐ Ventilation commissioning / air-flow test information</w:t>
      </w:r>
    </w:p>
    <w:p w14:paraId="4BC55067" w14:textId="76FA2D86" w:rsidR="004A40C5" w:rsidRDefault="00000000">
      <w:pPr>
        <w:spacing w:after="0"/>
        <w:ind w:left="288"/>
      </w:pPr>
      <w:r>
        <w:t>☐ Air pressure test information</w:t>
      </w:r>
    </w:p>
    <w:p w14:paraId="6BAA658B" w14:textId="186573B5" w:rsidR="004A40C5" w:rsidRDefault="00000000">
      <w:pPr>
        <w:spacing w:after="0"/>
        <w:ind w:left="288"/>
      </w:pPr>
      <w:r>
        <w:t>☐ Sound insulation test information</w:t>
      </w:r>
    </w:p>
    <w:p w14:paraId="03067571" w14:textId="33D249DA" w:rsidR="004A40C5" w:rsidRDefault="00000000">
      <w:pPr>
        <w:spacing w:after="0"/>
        <w:ind w:left="288"/>
      </w:pPr>
      <w:r>
        <w:t>☐ Energy performance / as-built energy information</w:t>
      </w:r>
    </w:p>
    <w:p w14:paraId="29D431C4" w14:textId="027BF718" w:rsidR="004A40C5" w:rsidRDefault="00000000">
      <w:pPr>
        <w:spacing w:after="0"/>
        <w:ind w:left="288"/>
      </w:pPr>
      <w:r>
        <w:t>☐</w:t>
      </w:r>
      <w:r w:rsidR="00294BD9">
        <w:t xml:space="preserve"> </w:t>
      </w:r>
      <w:r w:rsidR="00294BD9">
        <w:t xml:space="preserve">Electrical </w:t>
      </w:r>
      <w:r>
        <w:t>Fire safety information required by Regulation 38, where applicable</w:t>
      </w:r>
    </w:p>
    <w:p w14:paraId="4C85EB25" w14:textId="7042AC35" w:rsidR="004A40C5" w:rsidRDefault="00000000">
      <w:pPr>
        <w:spacing w:after="0"/>
        <w:ind w:left="288"/>
      </w:pPr>
      <w:r>
        <w:t>☐ As-built drawings / specifications, where requested or applicable</w:t>
      </w:r>
    </w:p>
    <w:p w14:paraId="489ACB19" w14:textId="77777777" w:rsidR="004A40C5" w:rsidRDefault="00000000">
      <w:pPr>
        <w:spacing w:after="0"/>
        <w:ind w:left="288"/>
      </w:pPr>
      <w:r>
        <w:t>☐ Other completion evidence</w:t>
      </w:r>
    </w:p>
    <w:p w14:paraId="756E640E" w14:textId="77777777" w:rsidR="004A40C5" w:rsidRDefault="00000000">
      <w:pPr>
        <w:pStyle w:val="Heading1"/>
      </w:pPr>
      <w:r>
        <w:t>6. Declaration and signature</w:t>
      </w:r>
    </w:p>
    <w:p w14:paraId="27017575" w14:textId="77777777" w:rsidR="004A40C5" w:rsidRDefault="00000000">
      <w:pPr>
        <w:spacing w:after="80"/>
      </w:pPr>
      <w:r>
        <w:rPr>
          <w:b/>
        </w:rPr>
        <w:t>I/We confirm that, to the best of my/our knowledge, the date of completion stated above is accurate and that the information provided with this notification is genuine and relates to the building work identified above.</w:t>
      </w:r>
    </w:p>
    <w:tbl>
      <w:tblPr>
        <w:tblStyle w:val="TableGrid"/>
        <w:tblW w:w="0" w:type="auto"/>
        <w:jc w:val="center"/>
        <w:tblLayout w:type="fixed"/>
        <w:tblLook w:val="04A0" w:firstRow="1" w:lastRow="0" w:firstColumn="1" w:lastColumn="0" w:noHBand="0" w:noVBand="1"/>
      </w:tblPr>
      <w:tblGrid>
        <w:gridCol w:w="3096"/>
        <w:gridCol w:w="6984"/>
      </w:tblGrid>
      <w:tr w:rsidR="004A40C5" w14:paraId="2A125426" w14:textId="77777777">
        <w:trPr>
          <w:jc w:val="center"/>
        </w:trPr>
        <w:tc>
          <w:tcPr>
            <w:tcW w:w="3096" w:type="dxa"/>
            <w:vAlign w:val="center"/>
          </w:tcPr>
          <w:p w14:paraId="7E03D374" w14:textId="77777777" w:rsidR="004A40C5" w:rsidRDefault="00000000">
            <w:pPr>
              <w:spacing w:after="0"/>
            </w:pPr>
            <w:r>
              <w:rPr>
                <w:b/>
                <w:sz w:val="18"/>
              </w:rPr>
              <w:t>Name</w:t>
            </w:r>
          </w:p>
        </w:tc>
        <w:tc>
          <w:tcPr>
            <w:tcW w:w="6984" w:type="dxa"/>
            <w:vAlign w:val="center"/>
          </w:tcPr>
          <w:p w14:paraId="73D4140E" w14:textId="77777777" w:rsidR="004A40C5" w:rsidRDefault="004A40C5">
            <w:pPr>
              <w:spacing w:after="0"/>
            </w:pPr>
          </w:p>
        </w:tc>
      </w:tr>
      <w:tr w:rsidR="004A40C5" w14:paraId="39510F33" w14:textId="77777777">
        <w:trPr>
          <w:jc w:val="center"/>
        </w:trPr>
        <w:tc>
          <w:tcPr>
            <w:tcW w:w="3096" w:type="dxa"/>
            <w:vAlign w:val="center"/>
          </w:tcPr>
          <w:p w14:paraId="1C330169" w14:textId="77777777" w:rsidR="004A40C5" w:rsidRDefault="00000000">
            <w:pPr>
              <w:spacing w:after="0"/>
            </w:pPr>
            <w:r>
              <w:rPr>
                <w:b/>
                <w:sz w:val="18"/>
              </w:rPr>
              <w:t>Position / capacity</w:t>
            </w:r>
          </w:p>
        </w:tc>
        <w:tc>
          <w:tcPr>
            <w:tcW w:w="6984" w:type="dxa"/>
            <w:vAlign w:val="center"/>
          </w:tcPr>
          <w:p w14:paraId="6BC9D72F" w14:textId="77777777" w:rsidR="004A40C5" w:rsidRDefault="004A40C5">
            <w:pPr>
              <w:spacing w:after="0"/>
            </w:pPr>
          </w:p>
        </w:tc>
      </w:tr>
      <w:tr w:rsidR="004A40C5" w14:paraId="31A55E6D" w14:textId="77777777">
        <w:trPr>
          <w:jc w:val="center"/>
        </w:trPr>
        <w:tc>
          <w:tcPr>
            <w:tcW w:w="3096" w:type="dxa"/>
            <w:vAlign w:val="center"/>
          </w:tcPr>
          <w:p w14:paraId="75C0EB5F" w14:textId="77777777" w:rsidR="004A40C5" w:rsidRDefault="00000000">
            <w:pPr>
              <w:spacing w:after="0"/>
            </w:pPr>
            <w:r>
              <w:rPr>
                <w:b/>
                <w:sz w:val="18"/>
              </w:rPr>
              <w:t>Signature</w:t>
            </w:r>
          </w:p>
        </w:tc>
        <w:tc>
          <w:tcPr>
            <w:tcW w:w="6984" w:type="dxa"/>
            <w:vAlign w:val="center"/>
          </w:tcPr>
          <w:p w14:paraId="05127F2C" w14:textId="77777777" w:rsidR="004A40C5" w:rsidRDefault="00000000">
            <w:pPr>
              <w:spacing w:after="0"/>
            </w:pPr>
            <w:r>
              <w:rPr>
                <w:sz w:val="18"/>
              </w:rPr>
              <w:br/>
            </w:r>
          </w:p>
        </w:tc>
      </w:tr>
      <w:tr w:rsidR="004A40C5" w14:paraId="5E2B8883" w14:textId="77777777">
        <w:trPr>
          <w:jc w:val="center"/>
        </w:trPr>
        <w:tc>
          <w:tcPr>
            <w:tcW w:w="3096" w:type="dxa"/>
            <w:vAlign w:val="center"/>
          </w:tcPr>
          <w:p w14:paraId="30245237" w14:textId="77777777" w:rsidR="004A40C5" w:rsidRDefault="00000000">
            <w:pPr>
              <w:spacing w:after="0"/>
            </w:pPr>
            <w:r>
              <w:rPr>
                <w:b/>
                <w:sz w:val="18"/>
              </w:rPr>
              <w:t>Date</w:t>
            </w:r>
          </w:p>
        </w:tc>
        <w:tc>
          <w:tcPr>
            <w:tcW w:w="6984" w:type="dxa"/>
            <w:vAlign w:val="center"/>
          </w:tcPr>
          <w:p w14:paraId="7C72E0EB" w14:textId="77777777" w:rsidR="004A40C5" w:rsidRDefault="004A40C5">
            <w:pPr>
              <w:spacing w:after="0"/>
            </w:pPr>
          </w:p>
        </w:tc>
      </w:tr>
    </w:tbl>
    <w:p w14:paraId="4720EE12" w14:textId="77777777" w:rsidR="004A40C5" w:rsidRPr="00852A1C" w:rsidRDefault="00000000">
      <w:pPr>
        <w:pStyle w:val="Heading1"/>
        <w:rPr>
          <w:color w:val="EE0000"/>
        </w:rPr>
      </w:pPr>
      <w:r w:rsidRPr="00852A1C">
        <w:rPr>
          <w:color w:val="EE0000"/>
        </w:rPr>
        <w:t>For RBCA use only</w:t>
      </w:r>
    </w:p>
    <w:tbl>
      <w:tblPr>
        <w:tblStyle w:val="TableGrid"/>
        <w:tblW w:w="0" w:type="auto"/>
        <w:jc w:val="center"/>
        <w:tblLayout w:type="fixed"/>
        <w:tblLook w:val="04A0" w:firstRow="1" w:lastRow="0" w:firstColumn="1" w:lastColumn="0" w:noHBand="0" w:noVBand="1"/>
      </w:tblPr>
      <w:tblGrid>
        <w:gridCol w:w="3096"/>
        <w:gridCol w:w="6984"/>
      </w:tblGrid>
      <w:tr w:rsidR="004A40C5" w14:paraId="5B7E198A" w14:textId="77777777">
        <w:trPr>
          <w:jc w:val="center"/>
        </w:trPr>
        <w:tc>
          <w:tcPr>
            <w:tcW w:w="3096" w:type="dxa"/>
            <w:vAlign w:val="center"/>
          </w:tcPr>
          <w:p w14:paraId="5559F244" w14:textId="77777777" w:rsidR="004A40C5" w:rsidRDefault="00000000">
            <w:pPr>
              <w:spacing w:after="0"/>
            </w:pPr>
            <w:r>
              <w:rPr>
                <w:b/>
                <w:sz w:val="18"/>
              </w:rPr>
              <w:t>Date received</w:t>
            </w:r>
          </w:p>
        </w:tc>
        <w:tc>
          <w:tcPr>
            <w:tcW w:w="6984" w:type="dxa"/>
            <w:vAlign w:val="center"/>
          </w:tcPr>
          <w:p w14:paraId="76B010B6" w14:textId="77777777" w:rsidR="004A40C5" w:rsidRDefault="004A40C5">
            <w:pPr>
              <w:spacing w:after="0"/>
            </w:pPr>
          </w:p>
        </w:tc>
      </w:tr>
      <w:tr w:rsidR="004A40C5" w14:paraId="6C7B33EB" w14:textId="77777777">
        <w:trPr>
          <w:jc w:val="center"/>
        </w:trPr>
        <w:tc>
          <w:tcPr>
            <w:tcW w:w="3096" w:type="dxa"/>
            <w:vAlign w:val="center"/>
          </w:tcPr>
          <w:p w14:paraId="0FA6B3E7" w14:textId="77777777" w:rsidR="004A40C5" w:rsidRDefault="00000000">
            <w:pPr>
              <w:spacing w:after="0"/>
            </w:pPr>
            <w:r>
              <w:rPr>
                <w:b/>
                <w:sz w:val="18"/>
              </w:rPr>
              <w:t>Received by</w:t>
            </w:r>
          </w:p>
        </w:tc>
        <w:tc>
          <w:tcPr>
            <w:tcW w:w="6984" w:type="dxa"/>
            <w:vAlign w:val="center"/>
          </w:tcPr>
          <w:p w14:paraId="0950668F" w14:textId="77777777" w:rsidR="004A40C5" w:rsidRDefault="004A40C5">
            <w:pPr>
              <w:spacing w:after="0"/>
            </w:pPr>
          </w:p>
        </w:tc>
      </w:tr>
      <w:tr w:rsidR="004A40C5" w14:paraId="2A5C1CE6" w14:textId="77777777">
        <w:trPr>
          <w:jc w:val="center"/>
        </w:trPr>
        <w:tc>
          <w:tcPr>
            <w:tcW w:w="3096" w:type="dxa"/>
            <w:vAlign w:val="center"/>
          </w:tcPr>
          <w:p w14:paraId="4D83B282" w14:textId="77777777" w:rsidR="004A40C5" w:rsidRDefault="00000000">
            <w:pPr>
              <w:spacing w:after="0"/>
            </w:pPr>
            <w:r>
              <w:rPr>
                <w:b/>
                <w:sz w:val="18"/>
              </w:rPr>
              <w:t>Completion inspection required?</w:t>
            </w:r>
          </w:p>
        </w:tc>
        <w:tc>
          <w:tcPr>
            <w:tcW w:w="6984" w:type="dxa"/>
            <w:vAlign w:val="center"/>
          </w:tcPr>
          <w:p w14:paraId="506413E5" w14:textId="77777777" w:rsidR="004A40C5" w:rsidRDefault="00000000">
            <w:pPr>
              <w:spacing w:after="0"/>
            </w:pPr>
            <w:r>
              <w:rPr>
                <w:sz w:val="18"/>
              </w:rPr>
              <w:t>☐ Yes     ☐ No</w:t>
            </w:r>
          </w:p>
        </w:tc>
      </w:tr>
      <w:tr w:rsidR="004A40C5" w14:paraId="32E14329" w14:textId="77777777">
        <w:trPr>
          <w:jc w:val="center"/>
        </w:trPr>
        <w:tc>
          <w:tcPr>
            <w:tcW w:w="3096" w:type="dxa"/>
            <w:vAlign w:val="center"/>
          </w:tcPr>
          <w:p w14:paraId="2ACD5BD4" w14:textId="77777777" w:rsidR="004A40C5" w:rsidRDefault="00000000">
            <w:pPr>
              <w:spacing w:after="0"/>
            </w:pPr>
            <w:r>
              <w:rPr>
                <w:b/>
                <w:sz w:val="18"/>
              </w:rPr>
              <w:t>Outstanding information / evidence</w:t>
            </w:r>
          </w:p>
        </w:tc>
        <w:tc>
          <w:tcPr>
            <w:tcW w:w="6984" w:type="dxa"/>
            <w:vAlign w:val="center"/>
          </w:tcPr>
          <w:p w14:paraId="2348974E" w14:textId="77777777" w:rsidR="004A40C5" w:rsidRDefault="00000000">
            <w:pPr>
              <w:spacing w:after="0"/>
            </w:pPr>
            <w:r>
              <w:rPr>
                <w:sz w:val="18"/>
              </w:rPr>
              <w:br/>
            </w:r>
          </w:p>
        </w:tc>
      </w:tr>
      <w:tr w:rsidR="004A40C5" w14:paraId="1260216D" w14:textId="77777777">
        <w:trPr>
          <w:jc w:val="center"/>
        </w:trPr>
        <w:tc>
          <w:tcPr>
            <w:tcW w:w="3096" w:type="dxa"/>
            <w:vAlign w:val="center"/>
          </w:tcPr>
          <w:p w14:paraId="06DA3BBD" w14:textId="77777777" w:rsidR="004A40C5" w:rsidRDefault="00000000">
            <w:pPr>
              <w:spacing w:after="0"/>
            </w:pPr>
            <w:r>
              <w:rPr>
                <w:b/>
                <w:sz w:val="18"/>
              </w:rPr>
              <w:t>Final Certificate status</w:t>
            </w:r>
          </w:p>
        </w:tc>
        <w:tc>
          <w:tcPr>
            <w:tcW w:w="6984" w:type="dxa"/>
            <w:vAlign w:val="center"/>
          </w:tcPr>
          <w:p w14:paraId="7D326BD7" w14:textId="77777777" w:rsidR="004A40C5" w:rsidRDefault="00000000">
            <w:pPr>
              <w:spacing w:after="0"/>
            </w:pPr>
            <w:r>
              <w:rPr>
                <w:sz w:val="18"/>
              </w:rPr>
              <w:t>☐ Under review     ☐ Not ready     ☐ Issued / submitted</w:t>
            </w:r>
          </w:p>
        </w:tc>
      </w:tr>
      <w:tr w:rsidR="004A40C5" w14:paraId="6B9EB384" w14:textId="77777777">
        <w:trPr>
          <w:jc w:val="center"/>
        </w:trPr>
        <w:tc>
          <w:tcPr>
            <w:tcW w:w="3096" w:type="dxa"/>
            <w:vAlign w:val="center"/>
          </w:tcPr>
          <w:p w14:paraId="0CEF11EA" w14:textId="77777777" w:rsidR="004A40C5" w:rsidRDefault="00000000">
            <w:pPr>
              <w:spacing w:after="0"/>
            </w:pPr>
            <w:r>
              <w:rPr>
                <w:b/>
                <w:sz w:val="18"/>
              </w:rPr>
              <w:t>Notes</w:t>
            </w:r>
          </w:p>
        </w:tc>
        <w:tc>
          <w:tcPr>
            <w:tcW w:w="6984" w:type="dxa"/>
            <w:vAlign w:val="center"/>
          </w:tcPr>
          <w:p w14:paraId="4A8F0424" w14:textId="77777777" w:rsidR="004A40C5" w:rsidRDefault="00000000">
            <w:pPr>
              <w:spacing w:after="0"/>
            </w:pPr>
            <w:r>
              <w:rPr>
                <w:sz w:val="18"/>
              </w:rPr>
              <w:br/>
            </w:r>
          </w:p>
        </w:tc>
      </w:tr>
    </w:tbl>
    <w:p w14:paraId="4259B202" w14:textId="77777777" w:rsidR="004A40C5" w:rsidRDefault="004A40C5"/>
    <w:p w14:paraId="060ED584" w14:textId="77777777" w:rsidR="004A40C5" w:rsidRDefault="00000000">
      <w:pPr>
        <w:spacing w:before="40"/>
      </w:pPr>
      <w:r>
        <w:rPr>
          <w:b/>
          <w:sz w:val="17"/>
        </w:rPr>
        <w:t>Regulatory note</w:t>
      </w:r>
    </w:p>
    <w:p w14:paraId="0221D3D1" w14:textId="77777777" w:rsidR="004A40C5" w:rsidRDefault="00000000">
      <w:pPr>
        <w:spacing w:after="0"/>
      </w:pPr>
      <w:r>
        <w:rPr>
          <w:sz w:val="16"/>
        </w:rPr>
        <w:t>This template has been prepared by reference to The Building (Registered Building Control Approvers etc.) (Wales) Regulations 2024. Those Regulations contain specific completion-related requirements and provide, among other matters, for a Final Certificate under regulation 12 and for an Initial Notice to cease to be in force in specified circumstances under regulation 14. Users should ensure that all separate statutory notices and information applicable to the particular work are provided within the required timescales.</w:t>
      </w:r>
    </w:p>
    <w:sectPr w:rsidR="004A40C5"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ACA47E" w14:textId="77777777" w:rsidR="00E406E4" w:rsidRDefault="00E406E4">
      <w:pPr>
        <w:spacing w:after="0" w:line="240" w:lineRule="auto"/>
      </w:pPr>
      <w:r>
        <w:separator/>
      </w:r>
    </w:p>
  </w:endnote>
  <w:endnote w:type="continuationSeparator" w:id="0">
    <w:p w14:paraId="5936A0EA" w14:textId="77777777" w:rsidR="00E406E4" w:rsidRDefault="00E40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EA4B1" w14:textId="77777777" w:rsidR="004A40C5" w:rsidRDefault="00000000">
    <w:pPr>
      <w:pStyle w:val="Footer"/>
      <w:jc w:val="center"/>
    </w:pPr>
    <w:r>
      <w:rPr>
        <w:sz w:val="16"/>
      </w:rPr>
      <w:t>Notification of Completion - work subject to an Initial Notice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78C807" w14:textId="77777777" w:rsidR="00E406E4" w:rsidRDefault="00E406E4">
      <w:pPr>
        <w:spacing w:after="0" w:line="240" w:lineRule="auto"/>
      </w:pPr>
      <w:r>
        <w:separator/>
      </w:r>
    </w:p>
  </w:footnote>
  <w:footnote w:type="continuationSeparator" w:id="0">
    <w:p w14:paraId="61114B0F" w14:textId="77777777" w:rsidR="00E406E4" w:rsidRDefault="00E40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E81A4" w14:textId="77777777" w:rsidR="004A40C5" w:rsidRDefault="00000000">
    <w:pPr>
      <w:pStyle w:val="Header"/>
      <w:jc w:val="right"/>
    </w:pPr>
    <w:r>
      <w:rPr>
        <w:b/>
        <w:sz w:val="16"/>
      </w:rPr>
      <w:t>WALES - BUILDING CONTROL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6574475">
    <w:abstractNumId w:val="8"/>
  </w:num>
  <w:num w:numId="2" w16cid:durableId="1036347057">
    <w:abstractNumId w:val="6"/>
  </w:num>
  <w:num w:numId="3" w16cid:durableId="782530907">
    <w:abstractNumId w:val="5"/>
  </w:num>
  <w:num w:numId="4" w16cid:durableId="1592086480">
    <w:abstractNumId w:val="4"/>
  </w:num>
  <w:num w:numId="5" w16cid:durableId="227154529">
    <w:abstractNumId w:val="7"/>
  </w:num>
  <w:num w:numId="6" w16cid:durableId="1940597047">
    <w:abstractNumId w:val="3"/>
  </w:num>
  <w:num w:numId="7" w16cid:durableId="1550192821">
    <w:abstractNumId w:val="2"/>
  </w:num>
  <w:num w:numId="8" w16cid:durableId="1816876959">
    <w:abstractNumId w:val="1"/>
  </w:num>
  <w:num w:numId="9" w16cid:durableId="2885591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3300"/>
    <w:rsid w:val="0015074B"/>
    <w:rsid w:val="00282E0A"/>
    <w:rsid w:val="00294BD9"/>
    <w:rsid w:val="0029639D"/>
    <w:rsid w:val="00326F90"/>
    <w:rsid w:val="00353A08"/>
    <w:rsid w:val="004A40C5"/>
    <w:rsid w:val="00852A1C"/>
    <w:rsid w:val="00AA1D8D"/>
    <w:rsid w:val="00B47730"/>
    <w:rsid w:val="00CB0664"/>
    <w:rsid w:val="00E406E4"/>
    <w:rsid w:val="00ED0C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5A3D48"/>
  <w14:defaultImageDpi w14:val="300"/>
  <w15:docId w15:val="{D083C4DF-461C-FB46-83FA-35C780BAA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JC L'Aimable</cp:lastModifiedBy>
  <cp:revision>3</cp:revision>
  <dcterms:created xsi:type="dcterms:W3CDTF">2026-10-02T14:04:00Z</dcterms:created>
  <dcterms:modified xsi:type="dcterms:W3CDTF">2026-10-02T14:33:00Z</dcterms:modified>
  <cp:category/>
</cp:coreProperties>
</file>